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0D04" w14:textId="77777777" w:rsidR="00DB7E95" w:rsidRPr="00D561AB" w:rsidRDefault="00000000">
      <w:pPr>
        <w:spacing w:before="200" w:after="440"/>
        <w:jc w:val="center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E03737"/>
          <w:lang w:val="it-IT"/>
        </w:rPr>
        <w:t>ANTICIPI TERZA CATEGORIA</w:t>
      </w:r>
    </w:p>
    <w:p w14:paraId="649E4F35" w14:textId="77777777" w:rsidR="00DB7E95" w:rsidRPr="00D561AB" w:rsidRDefault="00000000">
      <w:pPr>
        <w:spacing w:after="20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GIRONE A</w:t>
      </w:r>
    </w:p>
    <w:p w14:paraId="28518EBB" w14:textId="77777777" w:rsidR="00DB7E95" w:rsidRPr="00D561AB" w:rsidRDefault="00000000">
      <w:pPr>
        <w:spacing w:after="20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ANDATA</w:t>
      </w:r>
    </w:p>
    <w:p w14:paraId="5BDD53AE" w14:textId="77777777" w:rsidR="00DB7E95" w:rsidRPr="00D561AB" w:rsidRDefault="00000000">
      <w:pPr>
        <w:tabs>
          <w:tab w:val="left" w:pos="1181"/>
          <w:tab w:val="left" w:pos="2909"/>
        </w:tabs>
        <w:spacing w:after="60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b/>
          <w:color w:val="000000"/>
          <w:lang w:val="it-IT"/>
        </w:rPr>
        <w:t>GIORNATA</w:t>
      </w:r>
      <w:r w:rsidRPr="00D561AB">
        <w:rPr>
          <w:rFonts w:ascii="Inter Tight Light" w:hAnsi="Inter Tight Light" w:cs="Inter Tight Light"/>
          <w:b/>
          <w:color w:val="000000"/>
          <w:lang w:val="it-IT"/>
        </w:rPr>
        <w:tab/>
        <w:t>SABATO</w:t>
      </w:r>
      <w:r w:rsidRPr="00D561AB">
        <w:rPr>
          <w:rFonts w:ascii="Inter Tight Light" w:hAnsi="Inter Tight Light" w:cs="Inter Tight Light"/>
          <w:b/>
          <w:color w:val="000000"/>
          <w:lang w:val="it-IT"/>
        </w:rPr>
        <w:tab/>
        <w:t>PARTITA</w:t>
      </w:r>
    </w:p>
    <w:p w14:paraId="54E01972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12/09/2026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TEAM CORCAGNANO SSD ARL - VIGATTO ASD</w:t>
      </w:r>
    </w:p>
    <w:p w14:paraId="343CFF16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2ª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19/09/2026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ASTRA - MONTANARA CALCIO DUCALE61</w:t>
      </w:r>
    </w:p>
    <w:p w14:paraId="2312AC36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3ª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26/09/2026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IL PONTE - POLISPORTIVA FORNOVOSPORT</w:t>
      </w:r>
    </w:p>
    <w:p w14:paraId="1E655675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4ª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03/10/2026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VIGATTO ASD - ATHLETIC FELINO 1966 SSDR</w:t>
      </w:r>
    </w:p>
    <w:p w14:paraId="30B27AE1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5ª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10/10/2026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NEVIANESE 1977 - FELINO</w:t>
      </w:r>
    </w:p>
    <w:p w14:paraId="4A20E24E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6ª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17/10/2026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FELEGARESE 1951 - TEAM CORCAGNANO SSD ARL</w:t>
      </w:r>
    </w:p>
    <w:p w14:paraId="6A9698A2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7ª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24/10/2026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MONTANARA CALCIO DUCALE61 - BEDONIESE UNITED</w:t>
      </w:r>
    </w:p>
    <w:p w14:paraId="2E6A77F0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8ª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31/10/2026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POLISPORTIVA FORNOVOSPORT - NEVIANESE 1977</w:t>
      </w:r>
    </w:p>
    <w:p w14:paraId="4587FA0B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9ª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07/11/2026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AC LESIGNANO ASD - FELEGARESE 1951</w:t>
      </w:r>
    </w:p>
    <w:p w14:paraId="0C905942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10ª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14/11/2026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ATHLETIC FELINO 1966 SSDR - CERVO COLLECCHIO CIR.POL</w:t>
      </w:r>
    </w:p>
    <w:p w14:paraId="18BCE39D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11ª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21/11/2026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FELINO - BEDONIESE UNITED</w:t>
      </w:r>
    </w:p>
    <w:p w14:paraId="2174BF13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12ª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28/11/2026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CERVO COLLECCHIO CIR.POL - AC LESIGNANO ASD</w:t>
      </w:r>
    </w:p>
    <w:p w14:paraId="16D308DB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13ª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05/12/2026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ASTRA - IL PONTE</w:t>
      </w:r>
    </w:p>
    <w:p w14:paraId="390781F1" w14:textId="77777777" w:rsidR="00DB7E95" w:rsidRPr="00D561AB" w:rsidRDefault="00000000">
      <w:pPr>
        <w:spacing w:after="20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RITORNO</w:t>
      </w:r>
    </w:p>
    <w:p w14:paraId="7010BFDB" w14:textId="77777777" w:rsidR="00DB7E95" w:rsidRPr="00D561AB" w:rsidRDefault="00000000">
      <w:pPr>
        <w:tabs>
          <w:tab w:val="left" w:pos="1181"/>
          <w:tab w:val="left" w:pos="2909"/>
        </w:tabs>
        <w:spacing w:after="60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b/>
          <w:color w:val="000000"/>
          <w:lang w:val="it-IT"/>
        </w:rPr>
        <w:t>GIORNATA</w:t>
      </w:r>
      <w:r w:rsidRPr="00D561AB">
        <w:rPr>
          <w:rFonts w:ascii="Inter Tight Light" w:hAnsi="Inter Tight Light" w:cs="Inter Tight Light"/>
          <w:b/>
          <w:color w:val="000000"/>
          <w:lang w:val="it-IT"/>
        </w:rPr>
        <w:tab/>
        <w:t>SABATO</w:t>
      </w:r>
      <w:r w:rsidRPr="00D561AB">
        <w:rPr>
          <w:rFonts w:ascii="Inter Tight Light" w:hAnsi="Inter Tight Light" w:cs="Inter Tight Light"/>
          <w:b/>
          <w:color w:val="000000"/>
          <w:lang w:val="it-IT"/>
        </w:rPr>
        <w:tab/>
        <w:t>PARTITA</w:t>
      </w:r>
    </w:p>
    <w:p w14:paraId="4D9D356F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16/01/2027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POLISPORTIVA FORNOVOSPORT - ATHLETIC FELINO 1966 SSDR</w:t>
      </w:r>
    </w:p>
    <w:p w14:paraId="2317CD5A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2ª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23/01/2027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IL PONTE - AC LESIGNANO ASD</w:t>
      </w:r>
    </w:p>
    <w:p w14:paraId="632DA9FE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2ª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23/01/2027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FELEGARESE 1951 - VIGATTO ASD</w:t>
      </w:r>
    </w:p>
    <w:p w14:paraId="69DF6D3B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3ª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30/01/2027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BEDONIESE UNITED - TEAM CORCAGNANO SSD ARL</w:t>
      </w:r>
    </w:p>
    <w:p w14:paraId="3B6E6938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4ª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06/02/2027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CERVO COLLECCHIO CIR.POL - POLISPORTIVA FORNOVOSPORT</w:t>
      </w:r>
    </w:p>
    <w:p w14:paraId="15C75BB1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5ª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13/02/2027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VIGATTO ASD - MONTANARA CALCIO DUCALE61</w:t>
      </w:r>
    </w:p>
    <w:p w14:paraId="1C1560AE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6ª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20/02/2027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NEVIANESE 1977 - ASTRA</w:t>
      </w:r>
    </w:p>
    <w:p w14:paraId="7B2AC2B5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6ª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20/02/2027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AC LESIGNANO ASD - FELINO</w:t>
      </w:r>
    </w:p>
    <w:p w14:paraId="327C8F3E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7ª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27/02/2027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TEAM CORCAGNANO SSD ARL - CERVO COLLECCHIO CIR.POL</w:t>
      </w:r>
    </w:p>
    <w:p w14:paraId="6F90102B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8ª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06/03/2027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FELINO - ASTRA</w:t>
      </w:r>
    </w:p>
    <w:p w14:paraId="04C928E0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9ª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13/03/2027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ATHLETIC FELINO 1966 SSDR - IL PONTE</w:t>
      </w:r>
    </w:p>
    <w:p w14:paraId="3431D88A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9ª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13/03/2027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BEDONIESE UNITED - NEVIANESE 1977</w:t>
      </w:r>
    </w:p>
    <w:p w14:paraId="774D04B0" w14:textId="77777777" w:rsidR="00DB7E95" w:rsidRPr="00D561AB" w:rsidRDefault="00000000">
      <w:pPr>
        <w:tabs>
          <w:tab w:val="left" w:pos="1181"/>
          <w:tab w:val="left" w:pos="2909"/>
        </w:tabs>
        <w:spacing w:after="24"/>
        <w:rPr>
          <w:rFonts w:ascii="Inter Tight Light" w:hAnsi="Inter Tight Light" w:cs="Inter Tight Light"/>
          <w:lang w:val="it-IT"/>
        </w:rPr>
      </w:pPr>
      <w:r w:rsidRPr="00D561AB">
        <w:rPr>
          <w:rFonts w:ascii="Inter Tight Light" w:hAnsi="Inter Tight Light" w:cs="Inter Tight Light"/>
          <w:color w:val="000000"/>
          <w:lang w:val="it-IT"/>
        </w:rPr>
        <w:t>10ª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20/03/2027</w:t>
      </w:r>
      <w:r w:rsidRPr="00D561AB">
        <w:rPr>
          <w:rFonts w:ascii="Inter Tight Light" w:hAnsi="Inter Tight Light" w:cs="Inter Tight Light"/>
          <w:color w:val="000000"/>
          <w:lang w:val="it-IT"/>
        </w:rPr>
        <w:tab/>
        <w:t>MONTANARA CALCIO DUCALE61 - FELEGARESE 1951</w:t>
      </w:r>
    </w:p>
    <w:sectPr w:rsidR="00DB7E95" w:rsidRPr="00D561AB" w:rsidSect="00034616">
      <w:pgSz w:w="11906" w:h="16838"/>
      <w:pgMar w:top="1191" w:right="102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Inter Tight Light">
    <w:panose1 w:val="00000000000000000000"/>
    <w:charset w:val="00"/>
    <w:family w:val="auto"/>
    <w:pitch w:val="variable"/>
    <w:sig w:usb0="E10002FF" w:usb1="1200E5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7785887">
    <w:abstractNumId w:val="8"/>
  </w:num>
  <w:num w:numId="2" w16cid:durableId="2024740677">
    <w:abstractNumId w:val="6"/>
  </w:num>
  <w:num w:numId="3" w16cid:durableId="2060396104">
    <w:abstractNumId w:val="5"/>
  </w:num>
  <w:num w:numId="4" w16cid:durableId="1747192766">
    <w:abstractNumId w:val="4"/>
  </w:num>
  <w:num w:numId="5" w16cid:durableId="264459836">
    <w:abstractNumId w:val="7"/>
  </w:num>
  <w:num w:numId="6" w16cid:durableId="595674303">
    <w:abstractNumId w:val="3"/>
  </w:num>
  <w:num w:numId="7" w16cid:durableId="1056707754">
    <w:abstractNumId w:val="2"/>
  </w:num>
  <w:num w:numId="8" w16cid:durableId="1394815989">
    <w:abstractNumId w:val="1"/>
  </w:num>
  <w:num w:numId="9" w16cid:durableId="2229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561AB"/>
    <w:rsid w:val="00DB7E95"/>
    <w:rsid w:val="00FC693F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B78AA"/>
  <w14:defaultImageDpi w14:val="300"/>
  <w15:docId w15:val="{66DB468C-FC90-4FA9-8D28-089EBE5A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40" w:lineRule="auto"/>
    </w:pPr>
    <w:rPr>
      <w:rFonts w:ascii="Arial Narrow" w:hAnsi="Arial Narrow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lndpr-user-005</cp:lastModifiedBy>
  <cp:revision>2</cp:revision>
  <dcterms:created xsi:type="dcterms:W3CDTF">2026-08-26T09:54:00Z</dcterms:created>
  <dcterms:modified xsi:type="dcterms:W3CDTF">2026-08-26T09:54:00Z</dcterms:modified>
  <cp:category/>
</cp:coreProperties>
</file>